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9E1412" w14:textId="1A1683D7" w:rsidR="00E905A3" w:rsidRPr="00974AEC" w:rsidRDefault="00974AEC">
      <w:pPr>
        <w:pStyle w:val="1"/>
        <w:rPr>
          <w:color w:val="auto"/>
          <w:lang w:val="ru-RU"/>
        </w:rPr>
      </w:pPr>
      <w:r w:rsidRPr="00974AEC">
        <w:rPr>
          <w:color w:val="auto"/>
          <w:lang w:val="ru-RU"/>
        </w:rPr>
        <w:t>ФИНАНСОВО-ЭКОНОМИЧЕСКОЕ ОБОСНОВАНИЕ</w:t>
      </w:r>
      <w:r w:rsidRPr="00974AEC">
        <w:rPr>
          <w:color w:val="auto"/>
          <w:lang w:val="ru-RU"/>
        </w:rPr>
        <w:br/>
        <w:t>к приходно-расходной смете ДТСН «Духанино Парк» (2024–2025)</w:t>
      </w:r>
    </w:p>
    <w:p w14:paraId="0074CE96" w14:textId="77777777" w:rsidR="00E905A3" w:rsidRPr="00974AEC" w:rsidRDefault="00974AEC">
      <w:pPr>
        <w:pStyle w:val="21"/>
        <w:rPr>
          <w:color w:val="auto"/>
          <w:lang w:val="ru-RU"/>
        </w:rPr>
      </w:pPr>
      <w:r w:rsidRPr="00974AEC">
        <w:rPr>
          <w:color w:val="auto"/>
          <w:lang w:val="ru-RU"/>
        </w:rPr>
        <w:t>Заработная плата Председателя</w:t>
      </w:r>
    </w:p>
    <w:p w14:paraId="1C25EE04" w14:textId="77777777" w:rsidR="00E905A3" w:rsidRPr="00974AEC" w:rsidRDefault="00974AEC">
      <w:pPr>
        <w:rPr>
          <w:lang w:val="ru-RU"/>
        </w:rPr>
      </w:pPr>
      <w:r w:rsidRPr="00974AEC">
        <w:rPr>
          <w:lang w:val="ru-RU"/>
        </w:rPr>
        <w:t>Предусмотрена ежемесячная выплата заработной платы Председателю Товарищества. Обязанности включают организацию текущей деятельности, контроль исполнений решений, взаимодействие с госорганами, ведение документооборота. Выплата производится в течение 12 месяцев.</w:t>
      </w:r>
    </w:p>
    <w:p w14:paraId="7628D8A8" w14:textId="77777777" w:rsidR="00E905A3" w:rsidRPr="00974AEC" w:rsidRDefault="00974AEC">
      <w:pPr>
        <w:rPr>
          <w:lang w:val="ru-RU"/>
        </w:rPr>
      </w:pPr>
      <w:r w:rsidRPr="00974AEC">
        <w:rPr>
          <w:lang w:val="ru-RU"/>
        </w:rPr>
        <w:t>Сумма: 600 000 ₽</w:t>
      </w:r>
    </w:p>
    <w:p w14:paraId="180C9C22" w14:textId="77777777" w:rsidR="00E905A3" w:rsidRPr="00974AEC" w:rsidRDefault="00974AEC">
      <w:pPr>
        <w:pStyle w:val="21"/>
        <w:rPr>
          <w:color w:val="auto"/>
          <w:lang w:val="ru-RU"/>
        </w:rPr>
      </w:pPr>
      <w:r w:rsidRPr="00974AEC">
        <w:rPr>
          <w:color w:val="auto"/>
          <w:lang w:val="ru-RU"/>
        </w:rPr>
        <w:t>Заработная плата охраны</w:t>
      </w:r>
    </w:p>
    <w:p w14:paraId="36CE8038" w14:textId="77777777" w:rsidR="00E905A3" w:rsidRPr="00974AEC" w:rsidRDefault="00974AEC">
      <w:pPr>
        <w:rPr>
          <w:lang w:val="ru-RU"/>
        </w:rPr>
      </w:pPr>
      <w:r w:rsidRPr="00974AEC">
        <w:rPr>
          <w:lang w:val="ru-RU"/>
        </w:rPr>
        <w:t>Выплата ежемесячного вознаграждения охране, включающей контроль въезда/выезда, обеспечение порядка и наблюдение на КПП. Работа осуществляется круглогодично.</w:t>
      </w:r>
    </w:p>
    <w:p w14:paraId="2B19C334" w14:textId="77777777" w:rsidR="00E905A3" w:rsidRPr="00974AEC" w:rsidRDefault="00974AEC">
      <w:pPr>
        <w:rPr>
          <w:lang w:val="ru-RU"/>
        </w:rPr>
      </w:pPr>
      <w:r w:rsidRPr="00974AEC">
        <w:rPr>
          <w:lang w:val="ru-RU"/>
        </w:rPr>
        <w:t>Сумма: 960 000 ₽</w:t>
      </w:r>
    </w:p>
    <w:p w14:paraId="16627A16" w14:textId="77777777" w:rsidR="00E905A3" w:rsidRPr="00974AEC" w:rsidRDefault="00974AEC">
      <w:pPr>
        <w:pStyle w:val="21"/>
        <w:rPr>
          <w:color w:val="auto"/>
          <w:lang w:val="ru-RU"/>
        </w:rPr>
      </w:pPr>
      <w:r w:rsidRPr="00974AEC">
        <w:rPr>
          <w:color w:val="auto"/>
          <w:lang w:val="ru-RU"/>
        </w:rPr>
        <w:t>Заработная плата бухгалтера</w:t>
      </w:r>
    </w:p>
    <w:p w14:paraId="5AF24973" w14:textId="77777777" w:rsidR="00E905A3" w:rsidRPr="00974AEC" w:rsidRDefault="00974AEC">
      <w:pPr>
        <w:rPr>
          <w:lang w:val="ru-RU"/>
        </w:rPr>
      </w:pPr>
      <w:r w:rsidRPr="00974AEC">
        <w:rPr>
          <w:lang w:val="ru-RU"/>
        </w:rPr>
        <w:t>Оплата услуг бухгалтера, ведущего учёт, отчётность, начисления и контроль платежей.</w:t>
      </w:r>
    </w:p>
    <w:p w14:paraId="1BF8A81B" w14:textId="77777777" w:rsidR="00E905A3" w:rsidRPr="00974AEC" w:rsidRDefault="00974AEC">
      <w:pPr>
        <w:rPr>
          <w:lang w:val="ru-RU"/>
        </w:rPr>
      </w:pPr>
      <w:r w:rsidRPr="00974AEC">
        <w:rPr>
          <w:lang w:val="ru-RU"/>
        </w:rPr>
        <w:t>Сумма: 120 000 ₽</w:t>
      </w:r>
    </w:p>
    <w:p w14:paraId="2D55D9CB" w14:textId="77777777" w:rsidR="00E905A3" w:rsidRPr="00974AEC" w:rsidRDefault="00974AEC">
      <w:pPr>
        <w:pStyle w:val="21"/>
        <w:rPr>
          <w:color w:val="auto"/>
          <w:lang w:val="ru-RU"/>
        </w:rPr>
      </w:pPr>
      <w:r w:rsidRPr="00974AEC">
        <w:rPr>
          <w:color w:val="auto"/>
          <w:lang w:val="ru-RU"/>
        </w:rPr>
        <w:t>Налоги ИФНС</w:t>
      </w:r>
    </w:p>
    <w:p w14:paraId="51910D3F" w14:textId="77777777" w:rsidR="00E905A3" w:rsidRPr="00974AEC" w:rsidRDefault="00974AEC">
      <w:pPr>
        <w:rPr>
          <w:lang w:val="ru-RU"/>
        </w:rPr>
      </w:pPr>
      <w:r w:rsidRPr="00974AEC">
        <w:rPr>
          <w:lang w:val="ru-RU"/>
        </w:rPr>
        <w:t>Обязательные налоговые платежи, рассчитанные исходя из требований законодательства.</w:t>
      </w:r>
    </w:p>
    <w:p w14:paraId="44B6152F" w14:textId="77777777" w:rsidR="00E905A3" w:rsidRPr="00974AEC" w:rsidRDefault="00974AEC">
      <w:pPr>
        <w:rPr>
          <w:lang w:val="ru-RU"/>
        </w:rPr>
      </w:pPr>
      <w:r w:rsidRPr="00974AEC">
        <w:rPr>
          <w:lang w:val="ru-RU"/>
        </w:rPr>
        <w:t>Сумма: 243 360 ₽</w:t>
      </w:r>
    </w:p>
    <w:p w14:paraId="18578A1D" w14:textId="77777777" w:rsidR="00E905A3" w:rsidRPr="00974AEC" w:rsidRDefault="00974AEC">
      <w:pPr>
        <w:pStyle w:val="21"/>
        <w:rPr>
          <w:color w:val="auto"/>
          <w:lang w:val="ru-RU"/>
        </w:rPr>
      </w:pPr>
      <w:r w:rsidRPr="00974AEC">
        <w:rPr>
          <w:color w:val="auto"/>
          <w:lang w:val="ru-RU"/>
        </w:rPr>
        <w:t>Земельный налог</w:t>
      </w:r>
    </w:p>
    <w:p w14:paraId="715A2C6F" w14:textId="77777777" w:rsidR="00E905A3" w:rsidRPr="00974AEC" w:rsidRDefault="00974AEC">
      <w:pPr>
        <w:rPr>
          <w:lang w:val="ru-RU"/>
        </w:rPr>
      </w:pPr>
      <w:r w:rsidRPr="00974AEC">
        <w:rPr>
          <w:lang w:val="ru-RU"/>
        </w:rPr>
        <w:t>Налог за земли общего пользования согласно действующему законодательству.</w:t>
      </w:r>
    </w:p>
    <w:p w14:paraId="2B679D7B" w14:textId="77777777" w:rsidR="00E905A3" w:rsidRPr="00974AEC" w:rsidRDefault="00974AEC">
      <w:pPr>
        <w:rPr>
          <w:lang w:val="ru-RU"/>
        </w:rPr>
      </w:pPr>
      <w:r w:rsidRPr="00974AEC">
        <w:rPr>
          <w:lang w:val="ru-RU"/>
        </w:rPr>
        <w:t>Сумма: 243 360 ₽</w:t>
      </w:r>
    </w:p>
    <w:p w14:paraId="4111349A" w14:textId="77777777" w:rsidR="00E905A3" w:rsidRPr="00974AEC" w:rsidRDefault="00974AEC">
      <w:pPr>
        <w:pStyle w:val="21"/>
        <w:rPr>
          <w:color w:val="auto"/>
          <w:lang w:val="ru-RU"/>
        </w:rPr>
      </w:pPr>
      <w:r w:rsidRPr="00974AEC">
        <w:rPr>
          <w:color w:val="auto"/>
          <w:lang w:val="ru-RU"/>
        </w:rPr>
        <w:t>Обслуживание счёта</w:t>
      </w:r>
    </w:p>
    <w:p w14:paraId="4C1BC545" w14:textId="77777777" w:rsidR="00E905A3" w:rsidRPr="00974AEC" w:rsidRDefault="00974AEC">
      <w:pPr>
        <w:rPr>
          <w:lang w:val="ru-RU"/>
        </w:rPr>
      </w:pPr>
      <w:r w:rsidRPr="00974AEC">
        <w:rPr>
          <w:lang w:val="ru-RU"/>
        </w:rPr>
        <w:t>Комиссии банка за обслуживание расчётного счёта товарищества.</w:t>
      </w:r>
    </w:p>
    <w:p w14:paraId="606BD34A" w14:textId="77777777" w:rsidR="00E905A3" w:rsidRPr="00974AEC" w:rsidRDefault="00974AEC">
      <w:pPr>
        <w:rPr>
          <w:lang w:val="ru-RU"/>
        </w:rPr>
      </w:pPr>
      <w:r w:rsidRPr="00974AEC">
        <w:rPr>
          <w:lang w:val="ru-RU"/>
        </w:rPr>
        <w:t>Сумма: 30 000 ₽</w:t>
      </w:r>
    </w:p>
    <w:p w14:paraId="239594F4" w14:textId="77777777" w:rsidR="00E905A3" w:rsidRPr="00974AEC" w:rsidRDefault="00974AEC">
      <w:pPr>
        <w:pStyle w:val="21"/>
        <w:rPr>
          <w:color w:val="auto"/>
          <w:lang w:val="ru-RU"/>
        </w:rPr>
      </w:pPr>
      <w:r w:rsidRPr="00974AEC">
        <w:rPr>
          <w:color w:val="auto"/>
          <w:lang w:val="ru-RU"/>
        </w:rPr>
        <w:t>Почтовые и канцелярские расходы</w:t>
      </w:r>
    </w:p>
    <w:p w14:paraId="3C800AAA" w14:textId="77777777" w:rsidR="00E905A3" w:rsidRPr="00974AEC" w:rsidRDefault="00974AEC">
      <w:pPr>
        <w:rPr>
          <w:lang w:val="ru-RU"/>
        </w:rPr>
      </w:pPr>
      <w:r w:rsidRPr="00974AEC">
        <w:rPr>
          <w:lang w:val="ru-RU"/>
        </w:rPr>
        <w:t>Закупка конвертов, бумаги, марок, канцтоваров, отправка писем и уведомлений.</w:t>
      </w:r>
    </w:p>
    <w:p w14:paraId="1725F42D" w14:textId="77777777" w:rsidR="00E905A3" w:rsidRPr="00974AEC" w:rsidRDefault="00974AEC">
      <w:pPr>
        <w:rPr>
          <w:lang w:val="ru-RU"/>
        </w:rPr>
      </w:pPr>
      <w:r w:rsidRPr="00974AEC">
        <w:rPr>
          <w:lang w:val="ru-RU"/>
        </w:rPr>
        <w:t>Сумма: 12 000 ₽</w:t>
      </w:r>
    </w:p>
    <w:p w14:paraId="261522B7" w14:textId="77777777" w:rsidR="00E905A3" w:rsidRPr="00974AEC" w:rsidRDefault="00974AEC">
      <w:pPr>
        <w:pStyle w:val="21"/>
        <w:rPr>
          <w:color w:val="auto"/>
          <w:lang w:val="ru-RU"/>
        </w:rPr>
      </w:pPr>
      <w:r w:rsidRPr="00974AEC">
        <w:rPr>
          <w:color w:val="auto"/>
          <w:lang w:val="ru-RU"/>
        </w:rPr>
        <w:lastRenderedPageBreak/>
        <w:t>ККМ и ЭЦП</w:t>
      </w:r>
    </w:p>
    <w:p w14:paraId="13E17B15" w14:textId="77777777" w:rsidR="00E905A3" w:rsidRPr="00974AEC" w:rsidRDefault="00974AEC">
      <w:pPr>
        <w:rPr>
          <w:lang w:val="ru-RU"/>
        </w:rPr>
      </w:pPr>
      <w:r w:rsidRPr="00974AEC">
        <w:rPr>
          <w:lang w:val="ru-RU"/>
        </w:rPr>
        <w:t>Расходы на обслуживание контрольно-кассового оборудования и электронных цифровых подписей.</w:t>
      </w:r>
    </w:p>
    <w:p w14:paraId="4C3B9BBC" w14:textId="77777777" w:rsidR="00E905A3" w:rsidRPr="00974AEC" w:rsidRDefault="00974AEC">
      <w:pPr>
        <w:rPr>
          <w:lang w:val="ru-RU"/>
        </w:rPr>
      </w:pPr>
      <w:r w:rsidRPr="00974AEC">
        <w:rPr>
          <w:lang w:val="ru-RU"/>
        </w:rPr>
        <w:t>Сумма: 24 000 ₽</w:t>
      </w:r>
    </w:p>
    <w:p w14:paraId="25D26399" w14:textId="77777777" w:rsidR="00E905A3" w:rsidRPr="00974AEC" w:rsidRDefault="00974AEC">
      <w:pPr>
        <w:pStyle w:val="21"/>
        <w:rPr>
          <w:color w:val="auto"/>
          <w:lang w:val="ru-RU"/>
        </w:rPr>
      </w:pPr>
      <w:r w:rsidRPr="00974AEC">
        <w:rPr>
          <w:color w:val="auto"/>
          <w:lang w:val="ru-RU"/>
        </w:rPr>
        <w:t>Интернет на КПП</w:t>
      </w:r>
    </w:p>
    <w:p w14:paraId="1343B86E" w14:textId="77777777" w:rsidR="00E905A3" w:rsidRPr="00974AEC" w:rsidRDefault="00974AEC">
      <w:pPr>
        <w:rPr>
          <w:lang w:val="ru-RU"/>
        </w:rPr>
      </w:pPr>
      <w:r w:rsidRPr="00974AEC">
        <w:rPr>
          <w:lang w:val="ru-RU"/>
        </w:rPr>
        <w:t>Оплата связи, необходимой для функционирования КПП.</w:t>
      </w:r>
    </w:p>
    <w:p w14:paraId="28071141" w14:textId="77777777" w:rsidR="00E905A3" w:rsidRPr="00974AEC" w:rsidRDefault="00974AEC">
      <w:pPr>
        <w:rPr>
          <w:lang w:val="ru-RU"/>
        </w:rPr>
      </w:pPr>
      <w:r w:rsidRPr="00974AEC">
        <w:rPr>
          <w:lang w:val="ru-RU"/>
        </w:rPr>
        <w:t>Сумма: 6 000 ₽</w:t>
      </w:r>
    </w:p>
    <w:p w14:paraId="322DB46B" w14:textId="77777777" w:rsidR="00E905A3" w:rsidRPr="00974AEC" w:rsidRDefault="00974AEC">
      <w:pPr>
        <w:pStyle w:val="21"/>
        <w:rPr>
          <w:color w:val="auto"/>
          <w:lang w:val="ru-RU"/>
        </w:rPr>
      </w:pPr>
      <w:r w:rsidRPr="00974AEC">
        <w:rPr>
          <w:color w:val="auto"/>
          <w:lang w:val="ru-RU"/>
        </w:rPr>
        <w:t>Электроснабжение КПП</w:t>
      </w:r>
    </w:p>
    <w:p w14:paraId="1E6F437E" w14:textId="77777777" w:rsidR="00E905A3" w:rsidRPr="00974AEC" w:rsidRDefault="00974AEC">
      <w:pPr>
        <w:rPr>
          <w:lang w:val="ru-RU"/>
        </w:rPr>
      </w:pPr>
      <w:r w:rsidRPr="00974AEC">
        <w:rPr>
          <w:lang w:val="ru-RU"/>
        </w:rPr>
        <w:t>Оплата электроэнергии, потребляемой КПП.</w:t>
      </w:r>
    </w:p>
    <w:p w14:paraId="2D7CEB5A" w14:textId="77777777" w:rsidR="00E905A3" w:rsidRPr="00974AEC" w:rsidRDefault="00974AEC">
      <w:pPr>
        <w:rPr>
          <w:lang w:val="ru-RU"/>
        </w:rPr>
      </w:pPr>
      <w:r w:rsidRPr="00974AEC">
        <w:rPr>
          <w:lang w:val="ru-RU"/>
        </w:rPr>
        <w:t>Сумма: 72 000 ₽</w:t>
      </w:r>
    </w:p>
    <w:p w14:paraId="2C5DA67A" w14:textId="77777777" w:rsidR="00E905A3" w:rsidRPr="00974AEC" w:rsidRDefault="00974AEC">
      <w:pPr>
        <w:pStyle w:val="21"/>
        <w:rPr>
          <w:color w:val="auto"/>
          <w:lang w:val="ru-RU"/>
        </w:rPr>
      </w:pPr>
      <w:r w:rsidRPr="00974AEC">
        <w:rPr>
          <w:color w:val="auto"/>
          <w:lang w:val="ru-RU"/>
        </w:rPr>
        <w:t>Техобслуживание газопровода</w:t>
      </w:r>
    </w:p>
    <w:p w14:paraId="1FC85470" w14:textId="77777777" w:rsidR="00E905A3" w:rsidRPr="00974AEC" w:rsidRDefault="00974AEC">
      <w:pPr>
        <w:rPr>
          <w:lang w:val="ru-RU"/>
        </w:rPr>
      </w:pPr>
      <w:r w:rsidRPr="00974AEC">
        <w:rPr>
          <w:lang w:val="ru-RU"/>
        </w:rPr>
        <w:t>Регламентное и техническое обслуживание газовой инфраструктуры.</w:t>
      </w:r>
    </w:p>
    <w:p w14:paraId="635C166A" w14:textId="77777777" w:rsidR="00E905A3" w:rsidRPr="00974AEC" w:rsidRDefault="00974AEC">
      <w:pPr>
        <w:rPr>
          <w:lang w:val="ru-RU"/>
        </w:rPr>
      </w:pPr>
      <w:r w:rsidRPr="00974AEC">
        <w:rPr>
          <w:lang w:val="ru-RU"/>
        </w:rPr>
        <w:t>Сумма: 83 196 ₽</w:t>
      </w:r>
    </w:p>
    <w:p w14:paraId="5ED4D685" w14:textId="77777777" w:rsidR="00E905A3" w:rsidRPr="00974AEC" w:rsidRDefault="00974AEC">
      <w:pPr>
        <w:pStyle w:val="21"/>
        <w:rPr>
          <w:color w:val="auto"/>
          <w:lang w:val="ru-RU"/>
        </w:rPr>
      </w:pPr>
      <w:r w:rsidRPr="00974AEC">
        <w:rPr>
          <w:color w:val="auto"/>
          <w:lang w:val="ru-RU"/>
        </w:rPr>
        <w:t>Чистка снега</w:t>
      </w:r>
    </w:p>
    <w:p w14:paraId="26368961" w14:textId="77777777" w:rsidR="00E905A3" w:rsidRPr="00974AEC" w:rsidRDefault="00974AEC">
      <w:pPr>
        <w:rPr>
          <w:lang w:val="ru-RU"/>
        </w:rPr>
      </w:pPr>
      <w:r w:rsidRPr="00974AEC">
        <w:rPr>
          <w:lang w:val="ru-RU"/>
        </w:rPr>
        <w:t>Оплата зимней очистки дорог и территории.</w:t>
      </w:r>
    </w:p>
    <w:p w14:paraId="154118A5" w14:textId="77777777" w:rsidR="00E905A3" w:rsidRPr="00974AEC" w:rsidRDefault="00974AEC">
      <w:pPr>
        <w:rPr>
          <w:lang w:val="ru-RU"/>
        </w:rPr>
      </w:pPr>
      <w:r w:rsidRPr="00974AEC">
        <w:rPr>
          <w:lang w:val="ru-RU"/>
        </w:rPr>
        <w:t>Сумма: 144 000 ₽</w:t>
      </w:r>
    </w:p>
    <w:p w14:paraId="7D5B3393" w14:textId="77777777" w:rsidR="00E905A3" w:rsidRPr="00974AEC" w:rsidRDefault="00974AEC">
      <w:pPr>
        <w:pStyle w:val="21"/>
        <w:rPr>
          <w:color w:val="auto"/>
          <w:lang w:val="ru-RU"/>
        </w:rPr>
      </w:pPr>
      <w:r w:rsidRPr="00974AEC">
        <w:rPr>
          <w:color w:val="auto"/>
          <w:lang w:val="ru-RU"/>
        </w:rPr>
        <w:t>Вывоз мусора</w:t>
      </w:r>
    </w:p>
    <w:p w14:paraId="2ED6931A" w14:textId="77777777" w:rsidR="00E905A3" w:rsidRPr="00974AEC" w:rsidRDefault="00974AEC">
      <w:pPr>
        <w:rPr>
          <w:lang w:val="ru-RU"/>
        </w:rPr>
      </w:pPr>
      <w:r w:rsidRPr="00974AEC">
        <w:rPr>
          <w:lang w:val="ru-RU"/>
        </w:rPr>
        <w:t>Вывоз твёрдых бытовых отходов по договору со специализированной организацией.</w:t>
      </w:r>
    </w:p>
    <w:p w14:paraId="78D61A4B" w14:textId="77777777" w:rsidR="00E905A3" w:rsidRPr="00974AEC" w:rsidRDefault="00974AEC">
      <w:pPr>
        <w:rPr>
          <w:lang w:val="ru-RU"/>
        </w:rPr>
      </w:pPr>
      <w:r w:rsidRPr="00974AEC">
        <w:rPr>
          <w:lang w:val="ru-RU"/>
        </w:rPr>
        <w:t>Сумма: 540 000 ₽</w:t>
      </w:r>
    </w:p>
    <w:p w14:paraId="48BBA4E2" w14:textId="77777777" w:rsidR="00E905A3" w:rsidRPr="00974AEC" w:rsidRDefault="00974AEC">
      <w:pPr>
        <w:pStyle w:val="21"/>
        <w:rPr>
          <w:color w:val="auto"/>
          <w:lang w:val="ru-RU"/>
        </w:rPr>
      </w:pPr>
      <w:r w:rsidRPr="00974AEC">
        <w:rPr>
          <w:color w:val="auto"/>
          <w:lang w:val="ru-RU"/>
        </w:rPr>
        <w:t>Благоустройство</w:t>
      </w:r>
    </w:p>
    <w:p w14:paraId="61B152D5" w14:textId="77777777" w:rsidR="00E905A3" w:rsidRPr="00974AEC" w:rsidRDefault="00974AEC">
      <w:pPr>
        <w:rPr>
          <w:lang w:val="ru-RU"/>
        </w:rPr>
      </w:pPr>
      <w:r w:rsidRPr="00974AEC">
        <w:rPr>
          <w:lang w:val="ru-RU"/>
        </w:rPr>
        <w:t>Поддержание общественной территории, ремонт и обслуживание зон отдыха и инфраструктуры.</w:t>
      </w:r>
    </w:p>
    <w:p w14:paraId="6AC3A253" w14:textId="77777777" w:rsidR="00E905A3" w:rsidRPr="00974AEC" w:rsidRDefault="00974AEC">
      <w:pPr>
        <w:rPr>
          <w:lang w:val="ru-RU"/>
        </w:rPr>
      </w:pPr>
      <w:r w:rsidRPr="00974AEC">
        <w:rPr>
          <w:lang w:val="ru-RU"/>
        </w:rPr>
        <w:t>Сумма: 804 000 ₽</w:t>
      </w:r>
    </w:p>
    <w:p w14:paraId="6E372809" w14:textId="77777777" w:rsidR="00E905A3" w:rsidRPr="00974AEC" w:rsidRDefault="00974AEC">
      <w:pPr>
        <w:pStyle w:val="21"/>
        <w:rPr>
          <w:color w:val="auto"/>
          <w:lang w:val="ru-RU"/>
        </w:rPr>
      </w:pPr>
      <w:r w:rsidRPr="00974AEC">
        <w:rPr>
          <w:color w:val="auto"/>
          <w:lang w:val="ru-RU"/>
        </w:rPr>
        <w:t>Хозяйственные нужды</w:t>
      </w:r>
    </w:p>
    <w:p w14:paraId="5507D1F6" w14:textId="77777777" w:rsidR="00E905A3" w:rsidRPr="00974AEC" w:rsidRDefault="00974AEC">
      <w:pPr>
        <w:rPr>
          <w:lang w:val="ru-RU"/>
        </w:rPr>
      </w:pPr>
      <w:r w:rsidRPr="00974AEC">
        <w:rPr>
          <w:lang w:val="ru-RU"/>
        </w:rPr>
        <w:t>Закупка инвентаря, материалов, инструментов и иных ресурсов для содержания территории.</w:t>
      </w:r>
    </w:p>
    <w:p w14:paraId="280EAB67" w14:textId="77777777" w:rsidR="00E905A3" w:rsidRPr="00974AEC" w:rsidRDefault="00974AEC">
      <w:pPr>
        <w:rPr>
          <w:lang w:val="ru-RU"/>
        </w:rPr>
      </w:pPr>
      <w:r w:rsidRPr="00974AEC">
        <w:rPr>
          <w:lang w:val="ru-RU"/>
        </w:rPr>
        <w:t>Сумма: 180 000 ₽</w:t>
      </w:r>
    </w:p>
    <w:p w14:paraId="55D24A82" w14:textId="77777777" w:rsidR="00E905A3" w:rsidRPr="00974AEC" w:rsidRDefault="00974AEC">
      <w:pPr>
        <w:pStyle w:val="21"/>
        <w:rPr>
          <w:color w:val="auto"/>
          <w:lang w:val="ru-RU"/>
        </w:rPr>
      </w:pPr>
      <w:r w:rsidRPr="00974AEC">
        <w:rPr>
          <w:color w:val="auto"/>
          <w:lang w:val="ru-RU"/>
        </w:rPr>
        <w:t>ИТОГО:</w:t>
      </w:r>
    </w:p>
    <w:p w14:paraId="7F8150FD" w14:textId="77777777" w:rsidR="00E905A3" w:rsidRPr="00974AEC" w:rsidRDefault="00974AEC">
      <w:pPr>
        <w:rPr>
          <w:lang w:val="ru-RU"/>
        </w:rPr>
      </w:pPr>
      <w:r w:rsidRPr="00974AEC">
        <w:rPr>
          <w:lang w:val="ru-RU"/>
        </w:rPr>
        <w:t>4 061 916 ₽</w:t>
      </w:r>
    </w:p>
    <w:p w14:paraId="1F0CEC1A" w14:textId="77777777" w:rsidR="00E905A3" w:rsidRPr="00974AEC" w:rsidRDefault="00974AEC">
      <w:pPr>
        <w:pStyle w:val="1"/>
        <w:rPr>
          <w:color w:val="auto"/>
          <w:lang w:val="ru-RU"/>
        </w:rPr>
      </w:pPr>
      <w:r w:rsidRPr="00974AEC">
        <w:rPr>
          <w:color w:val="auto"/>
          <w:lang w:val="ru-RU"/>
        </w:rPr>
        <w:lastRenderedPageBreak/>
        <w:t>Расчёт членских взносов</w:t>
      </w:r>
    </w:p>
    <w:p w14:paraId="4DCA7464" w14:textId="77777777" w:rsidR="00E905A3" w:rsidRPr="00974AEC" w:rsidRDefault="00974AEC">
      <w:pPr>
        <w:rPr>
          <w:lang w:val="ru-RU"/>
        </w:rPr>
      </w:pPr>
      <w:r w:rsidRPr="00974AEC">
        <w:rPr>
          <w:lang w:val="ru-RU"/>
        </w:rPr>
        <w:t>Членский взнос рассчитывается исходя из установленной суммы — 24 000 рублей с участка в год.</w:t>
      </w:r>
    </w:p>
    <w:p w14:paraId="6ADFFD16" w14:textId="5E2446DB" w:rsidR="00E905A3" w:rsidRPr="00C16B96" w:rsidRDefault="00974AEC">
      <w:pPr>
        <w:rPr>
          <w:lang w:val="ru-RU"/>
        </w:rPr>
      </w:pPr>
      <w:r w:rsidRPr="00C16B96">
        <w:rPr>
          <w:lang w:val="ru-RU"/>
        </w:rPr>
        <w:t>169 участков × 24 000 ₽ = 4 056 000 ₽</w:t>
      </w:r>
      <w:r w:rsidR="00C16B96" w:rsidRPr="00C16B96">
        <w:rPr>
          <w:lang w:val="ru-RU"/>
        </w:rPr>
        <w:br/>
      </w:r>
      <w:r w:rsidR="00C16B96">
        <w:rPr>
          <w:lang w:val="ru-RU"/>
        </w:rPr>
        <w:t>Итого: 2000 руб с участка в месяц</w:t>
      </w:r>
    </w:p>
    <w:sectPr w:rsidR="00E905A3" w:rsidRPr="00C16B96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974AEC"/>
    <w:rsid w:val="00AA1D8D"/>
    <w:rsid w:val="00B47730"/>
    <w:rsid w:val="00C16B96"/>
    <w:rsid w:val="00CB0664"/>
    <w:rsid w:val="00E905A3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30D972"/>
  <w14:defaultImageDpi w14:val="300"/>
  <w15:docId w15:val="{56BE11CA-FAC1-45F9-81A0-605CCF345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2188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Максим</cp:lastModifiedBy>
  <cp:revision>3</cp:revision>
  <dcterms:created xsi:type="dcterms:W3CDTF">2013-12-23T23:15:00Z</dcterms:created>
  <dcterms:modified xsi:type="dcterms:W3CDTF">2025-11-15T13:33:00Z</dcterms:modified>
  <cp:category/>
</cp:coreProperties>
</file>